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888" w:rsidRPr="00740B85" w:rsidRDefault="00570427">
      <w:pPr>
        <w:pStyle w:val="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color w:val="auto"/>
          <w:sz w:val="24"/>
          <w:szCs w:val="24"/>
          <w:lang w:val="kk-KZ"/>
        </w:rPr>
        <w:t>Практическая работа</w:t>
      </w:r>
      <w:r w:rsidR="00B50AB0" w:rsidRPr="00740B85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№</w:t>
      </w:r>
      <w:r w:rsidR="00080C15">
        <w:rPr>
          <w:rFonts w:ascii="Times New Roman" w:hAnsi="Times New Roman" w:cs="Times New Roman"/>
          <w:color w:val="auto"/>
          <w:sz w:val="24"/>
          <w:szCs w:val="24"/>
          <w:lang w:val="ru-RU"/>
        </w:rPr>
        <w:t>2</w:t>
      </w:r>
    </w:p>
    <w:p w:rsidR="00294888" w:rsidRPr="00740B85" w:rsidRDefault="007A78F1">
      <w:pPr>
        <w:pStyle w:val="2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Тема: </w:t>
      </w:r>
      <w:r w:rsidR="00B50AB0" w:rsidRPr="00740B85">
        <w:rPr>
          <w:rFonts w:ascii="Times New Roman" w:hAnsi="Times New Roman" w:cs="Times New Roman"/>
          <w:color w:val="auto"/>
          <w:sz w:val="24"/>
          <w:szCs w:val="24"/>
          <w:lang w:val="ru-RU"/>
        </w:rPr>
        <w:t>Технология получения заготовки обработкой давлением</w:t>
      </w:r>
    </w:p>
    <w:p w:rsidR="00294888" w:rsidRPr="007A78F1" w:rsidRDefault="00B50AB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7A78F1">
        <w:rPr>
          <w:rFonts w:ascii="Times New Roman" w:hAnsi="Times New Roman" w:cs="Times New Roman"/>
          <w:sz w:val="24"/>
          <w:szCs w:val="24"/>
          <w:lang w:val="ru-RU"/>
        </w:rPr>
        <w:t>Определение массы поковки</w:t>
      </w:r>
    </w:p>
    <w:p w:rsidR="00294888" w:rsidRPr="00740B85" w:rsidRDefault="00B50AB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Цель работы: Закрепить теоретические знания по теме получения заготовок методами обработки давлением и научиться определять массу поковки различных 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форм по заданным параметрам и материалам.</w:t>
      </w:r>
    </w:p>
    <w:p w:rsidR="00294888" w:rsidRPr="00740B85" w:rsidRDefault="00B50AB0">
      <w:pPr>
        <w:pStyle w:val="21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Ход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выполнения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1. Ознакомиться с теоретическими сведениями об обработке металлов давлением (</w:t>
      </w:r>
      <w:proofErr w:type="spellStart"/>
      <w:r w:rsidRPr="00740B85">
        <w:rPr>
          <w:rFonts w:ascii="Times New Roman" w:hAnsi="Times New Roman" w:cs="Times New Roman"/>
          <w:sz w:val="24"/>
          <w:szCs w:val="24"/>
          <w:lang w:val="ru-RU"/>
        </w:rPr>
        <w:t>ОМД</w:t>
      </w:r>
      <w:proofErr w:type="spellEnd"/>
      <w:r w:rsidRPr="00740B85">
        <w:rPr>
          <w:rFonts w:ascii="Times New Roman" w:hAnsi="Times New Roman" w:cs="Times New Roman"/>
          <w:sz w:val="24"/>
          <w:szCs w:val="24"/>
          <w:lang w:val="ru-RU"/>
        </w:rPr>
        <w:t>) и классификацией поковок.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2. Определить геометрическую форму заготовки по варианту (цилиндр, призма, кольцо и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т.п.).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3. Рассчитать объём заготовки по соответствующей геометрической формуле: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Pr="00740B8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40B85">
        <w:rPr>
          <w:rFonts w:ascii="Times New Roman" w:hAnsi="Times New Roman" w:cs="Times New Roman"/>
          <w:sz w:val="24"/>
          <w:szCs w:val="24"/>
        </w:rPr>
        <w:t>Цилиндр</w:t>
      </w:r>
      <w:proofErr w:type="spellEnd"/>
      <w:r w:rsidRPr="00740B85">
        <w:rPr>
          <w:rFonts w:ascii="Times New Roman" w:hAnsi="Times New Roman" w:cs="Times New Roman"/>
          <w:sz w:val="24"/>
          <w:szCs w:val="24"/>
        </w:rPr>
        <w:t>:  V = π·(d²/</w:t>
      </w:r>
      <w:proofErr w:type="gramStart"/>
      <w:r w:rsidRPr="00740B85">
        <w:rPr>
          <w:rFonts w:ascii="Times New Roman" w:hAnsi="Times New Roman" w:cs="Times New Roman"/>
          <w:sz w:val="24"/>
          <w:szCs w:val="24"/>
        </w:rPr>
        <w:t>4)·</w:t>
      </w:r>
      <w:proofErr w:type="gramEnd"/>
      <w:r w:rsidRPr="00740B85">
        <w:rPr>
          <w:rFonts w:ascii="Times New Roman" w:hAnsi="Times New Roman" w:cs="Times New Roman"/>
          <w:sz w:val="24"/>
          <w:szCs w:val="24"/>
        </w:rPr>
        <w:t>L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</w:rPr>
        <w:t xml:space="preserve">   - Кольцо:  V = π</w:t>
      </w:r>
      <w:proofErr w:type="gramStart"/>
      <w:r w:rsidRPr="00740B85">
        <w:rPr>
          <w:rFonts w:ascii="Times New Roman" w:hAnsi="Times New Roman" w:cs="Times New Roman"/>
          <w:sz w:val="24"/>
          <w:szCs w:val="24"/>
        </w:rPr>
        <w:t>·(</w:t>
      </w:r>
      <w:proofErr w:type="gramEnd"/>
      <w:r w:rsidRPr="00740B85">
        <w:rPr>
          <w:rFonts w:ascii="Times New Roman" w:hAnsi="Times New Roman" w:cs="Times New Roman"/>
          <w:sz w:val="24"/>
          <w:szCs w:val="24"/>
        </w:rPr>
        <w:t>Rₙ² - R</w:t>
      </w:r>
      <w:r w:rsidRPr="00740B85">
        <w:rPr>
          <w:rFonts w:ascii="Times New Roman" w:hAnsi="Times New Roman" w:cs="Times New Roman"/>
          <w:sz w:val="24"/>
          <w:szCs w:val="24"/>
        </w:rPr>
        <w:t>ᵥ</w:t>
      </w:r>
      <w:r w:rsidRPr="00740B85">
        <w:rPr>
          <w:rFonts w:ascii="Times New Roman" w:hAnsi="Times New Roman" w:cs="Times New Roman"/>
          <w:sz w:val="24"/>
          <w:szCs w:val="24"/>
        </w:rPr>
        <w:t>²)·h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</w:rPr>
        <w:t xml:space="preserve">   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- Прямоугольный </w:t>
      </w:r>
      <w:proofErr w:type="gramStart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параллелепипед:  </w:t>
      </w:r>
      <w:r w:rsidRPr="00740B85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w:r w:rsidRPr="00740B85">
        <w:rPr>
          <w:rFonts w:ascii="Times New Roman" w:hAnsi="Times New Roman" w:cs="Times New Roman"/>
          <w:sz w:val="24"/>
          <w:szCs w:val="24"/>
        </w:rPr>
        <w:t>a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b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c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  - Эллиптический </w:t>
      </w:r>
      <w:proofErr w:type="gramStart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цилиндр:  </w:t>
      </w:r>
      <w:r w:rsidRPr="00740B85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w:r w:rsidRPr="00740B85">
        <w:rPr>
          <w:rFonts w:ascii="Times New Roman" w:hAnsi="Times New Roman" w:cs="Times New Roman"/>
          <w:sz w:val="24"/>
          <w:szCs w:val="24"/>
        </w:rPr>
        <w:t>π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a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b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h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4. Рассчитать массу поко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вки по </w:t>
      </w:r>
      <w:proofErr w:type="gramStart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формуле:  </w:t>
      </w:r>
      <w:r w:rsidRPr="00740B85">
        <w:rPr>
          <w:rFonts w:ascii="Times New Roman" w:hAnsi="Times New Roman" w:cs="Times New Roman"/>
          <w:sz w:val="24"/>
          <w:szCs w:val="24"/>
        </w:rPr>
        <w:t>m</w:t>
      </w:r>
      <w:proofErr w:type="gramEnd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w:r w:rsidRPr="00740B85">
        <w:rPr>
          <w:rFonts w:ascii="Times New Roman" w:hAnsi="Times New Roman" w:cs="Times New Roman"/>
          <w:sz w:val="24"/>
          <w:szCs w:val="24"/>
        </w:rPr>
        <w:t>V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</w:t>
      </w:r>
      <w:r w:rsidRPr="00740B85">
        <w:rPr>
          <w:rFonts w:ascii="Times New Roman" w:hAnsi="Times New Roman" w:cs="Times New Roman"/>
          <w:sz w:val="24"/>
          <w:szCs w:val="24"/>
        </w:rPr>
        <w:t>ρ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, где </w:t>
      </w:r>
      <w:r w:rsidRPr="00740B85">
        <w:rPr>
          <w:rFonts w:ascii="Times New Roman" w:hAnsi="Times New Roman" w:cs="Times New Roman"/>
          <w:sz w:val="24"/>
          <w:szCs w:val="24"/>
        </w:rPr>
        <w:t>ρ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 — плотность материала (в кг/</w:t>
      </w:r>
      <w:proofErr w:type="spellStart"/>
      <w:r w:rsidRPr="00740B85">
        <w:rPr>
          <w:rFonts w:ascii="Times New Roman" w:hAnsi="Times New Roman" w:cs="Times New Roman"/>
          <w:sz w:val="24"/>
          <w:szCs w:val="24"/>
          <w:lang w:val="ru-RU"/>
        </w:rPr>
        <w:t>м³</w:t>
      </w:r>
      <w:proofErr w:type="spellEnd"/>
      <w:r w:rsidRPr="00740B85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5. При наличии припуска на обработку учесть его увеличением </w:t>
      </w:r>
      <w:proofErr w:type="gramStart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массы:  </w:t>
      </w:r>
      <w:r w:rsidRPr="00740B85">
        <w:rPr>
          <w:rFonts w:ascii="Times New Roman" w:hAnsi="Times New Roman" w:cs="Times New Roman"/>
          <w:sz w:val="24"/>
          <w:szCs w:val="24"/>
        </w:rPr>
        <w:t>m</w:t>
      </w:r>
      <w:proofErr w:type="gramEnd"/>
      <w:r w:rsidRPr="00740B85">
        <w:rPr>
          <w:rFonts w:ascii="Times New Roman" w:hAnsi="Times New Roman" w:cs="Times New Roman"/>
          <w:sz w:val="24"/>
          <w:szCs w:val="24"/>
          <w:lang w:val="ru-RU"/>
        </w:rPr>
        <w:t xml:space="preserve">итог = </w:t>
      </w:r>
      <w:r w:rsidRPr="00740B85">
        <w:rPr>
          <w:rFonts w:ascii="Times New Roman" w:hAnsi="Times New Roman" w:cs="Times New Roman"/>
          <w:sz w:val="24"/>
          <w:szCs w:val="24"/>
        </w:rPr>
        <w:t>m</w:t>
      </w:r>
      <w:r w:rsidRPr="00740B85">
        <w:rPr>
          <w:rFonts w:ascii="Times New Roman" w:hAnsi="Times New Roman" w:cs="Times New Roman"/>
          <w:sz w:val="24"/>
          <w:szCs w:val="24"/>
          <w:lang w:val="ru-RU"/>
        </w:rPr>
        <w:t>·(1 + припуск).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6. Результаты оформить в таблицу и сделать вывод.</w:t>
      </w:r>
    </w:p>
    <w:p w:rsidR="00294888" w:rsidRPr="00740B85" w:rsidRDefault="00B50AB0">
      <w:pPr>
        <w:pStyle w:val="21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Исходные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данные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варианты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40B85">
        <w:rPr>
          <w:rFonts w:ascii="Times New Roman" w:hAnsi="Times New Roman" w:cs="Times New Roman"/>
          <w:color w:val="auto"/>
          <w:sz w:val="24"/>
          <w:szCs w:val="24"/>
        </w:rPr>
        <w:t>заданий</w:t>
      </w:r>
      <w:proofErr w:type="spellEnd"/>
      <w:r w:rsidRPr="00740B85">
        <w:rPr>
          <w:rFonts w:ascii="Times New Roman" w:hAnsi="Times New Roman" w:cs="Times New Roman"/>
          <w:color w:val="auto"/>
          <w:sz w:val="24"/>
          <w:szCs w:val="24"/>
        </w:rPr>
        <w:t>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812"/>
        <w:gridCol w:w="1447"/>
        <w:gridCol w:w="1399"/>
        <w:gridCol w:w="1403"/>
        <w:gridCol w:w="1280"/>
      </w:tblGrid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варианта</w:t>
            </w:r>
            <w:proofErr w:type="spellEnd"/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орма заготовки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Размеры, мм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Плотность, кг/м³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Припуск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d=80, L=150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Брус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120×60×40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Кольцо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Dн=160, Dв=100, h=30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8960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d=100, L=200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Эллиптический 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a=80, b=50, h=60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Латунь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Квадратный пруток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50×50×300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Труба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Dн=200, Dв=160, L=120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Шайба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Dн=300, Dв=220, h=20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Брус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200×80×50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Латунь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d=25, L=90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8960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Ступенчатый 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120×80 и 60×40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Пластина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400×200×10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Кольцо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Dн=500, Dв=480, h=25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d=180, L=220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Латунь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Брус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300×100×80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8960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 с отверстием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Dн=140, Dв=80, L=100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Призма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200×40×12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Кольцо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Dн=320, Dв=240, h=40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Латунь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Цилиндр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d=140, L=60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8960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0B85" w:rsidRPr="00740B85" w:rsidTr="007A78F1">
        <w:tc>
          <w:tcPr>
            <w:tcW w:w="128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12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Призма</w:t>
            </w:r>
          </w:p>
        </w:tc>
        <w:tc>
          <w:tcPr>
            <w:tcW w:w="1447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220×90×70</w:t>
            </w:r>
          </w:p>
        </w:tc>
        <w:tc>
          <w:tcPr>
            <w:tcW w:w="1399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1403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7850</w:t>
            </w:r>
          </w:p>
        </w:tc>
        <w:tc>
          <w:tcPr>
            <w:tcW w:w="1280" w:type="dxa"/>
          </w:tcPr>
          <w:p w:rsidR="00294888" w:rsidRPr="00740B85" w:rsidRDefault="00B5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7A78F1" w:rsidRDefault="007A78F1" w:rsidP="007A78F1">
      <w:pPr>
        <w:spacing w:after="0"/>
        <w:jc w:val="center"/>
        <w:rPr>
          <w:rFonts w:eastAsia="Times New Roman" w:cs="Times New Roman"/>
          <w:lang w:val="ru-RU" w:eastAsia="ru-RU"/>
        </w:rPr>
      </w:pPr>
    </w:p>
    <w:p w:rsidR="007A78F1" w:rsidRDefault="007A78F1" w:rsidP="007A78F1">
      <w:pPr>
        <w:spacing w:after="0"/>
        <w:jc w:val="center"/>
        <w:rPr>
          <w:rFonts w:eastAsia="Times New Roman" w:cs="Times New Roman"/>
          <w:lang w:val="ru-RU" w:eastAsia="ru-RU"/>
        </w:rPr>
      </w:pPr>
    </w:p>
    <w:p w:rsidR="007A78F1" w:rsidRDefault="007A78F1" w:rsidP="007A78F1">
      <w:pPr>
        <w:spacing w:after="0"/>
        <w:jc w:val="center"/>
        <w:rPr>
          <w:rFonts w:eastAsia="Times New Roman" w:cs="Times New Roman"/>
          <w:lang w:val="ru-RU" w:eastAsia="ru-RU"/>
        </w:rPr>
      </w:pPr>
    </w:p>
    <w:p w:rsidR="007A78F1" w:rsidRDefault="007A78F1" w:rsidP="007A78F1">
      <w:pPr>
        <w:spacing w:after="0"/>
        <w:jc w:val="center"/>
        <w:rPr>
          <w:rFonts w:eastAsia="Times New Roman" w:cs="Times New Roman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Министерство образования и науки Республики Казахстан</w:t>
      </w: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Восточно-Казахстанский технический университет им. Д. </w:t>
      </w:r>
      <w:proofErr w:type="spellStart"/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Серикбаева</w:t>
      </w:r>
      <w:proofErr w:type="spellEnd"/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Международная школа инженерии</w:t>
      </w: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7A78F1" w:rsidRPr="007A78F1" w:rsidRDefault="007A78F1" w:rsidP="007A78F1">
      <w:pPr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П</w:t>
      </w:r>
      <w:r w:rsidRPr="007A78F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РАКТИЧЕСКАЯ</w:t>
      </w:r>
      <w:r w:rsidRPr="007A78F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РАБОТА</w:t>
      </w:r>
      <w:r w:rsidRPr="007A78F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</w:t>
      </w:r>
      <w:r w:rsidRPr="007A78F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2</w:t>
      </w:r>
    </w:p>
    <w:p w:rsidR="007A78F1" w:rsidRPr="007A78F1" w:rsidRDefault="007A78F1" w:rsidP="007A78F1">
      <w:pPr>
        <w:spacing w:after="0"/>
        <w:ind w:left="-28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дисциплине «</w:t>
      </w: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Проектирование и производство заготовок</w:t>
      </w: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</w:t>
      </w:r>
    </w:p>
    <w:p w:rsidR="007A78F1" w:rsidRPr="007A78F1" w:rsidRDefault="007A78F1" w:rsidP="007A78F1">
      <w:pPr>
        <w:spacing w:after="0"/>
        <w:ind w:hanging="284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Тема: Технология получения заготовки обработкой давлением</w:t>
      </w:r>
    </w:p>
    <w:p w:rsidR="007A78F1" w:rsidRPr="007A78F1" w:rsidRDefault="007A78F1" w:rsidP="007A78F1">
      <w:pPr>
        <w:spacing w:after="0"/>
        <w:ind w:hanging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ВАРИАНТ </w:t>
      </w: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  <w:bookmarkStart w:id="0" w:name="_GoBack"/>
      <w:bookmarkEnd w:id="0"/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ind w:hanging="142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ind w:left="5670" w:right="-716" w:hanging="142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Выполнил студент гр. </w:t>
      </w:r>
    </w:p>
    <w:p w:rsidR="007A78F1" w:rsidRPr="007A78F1" w:rsidRDefault="007A78F1" w:rsidP="007A78F1">
      <w:pPr>
        <w:spacing w:after="0"/>
        <w:ind w:left="5670" w:hanging="14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  <w:t>Принял преподаватель:</w:t>
      </w: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Усть-Каменогорск</w:t>
      </w:r>
    </w:p>
    <w:p w:rsidR="007A78F1" w:rsidRPr="007A78F1" w:rsidRDefault="007A78F1" w:rsidP="007A78F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78F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2025</w:t>
      </w:r>
    </w:p>
    <w:p w:rsidR="007A78F1" w:rsidRDefault="007A78F1">
      <w:pPr>
        <w:pStyle w:val="2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</w:p>
    <w:p w:rsidR="007A78F1" w:rsidRDefault="007A78F1">
      <w:pPr>
        <w:pStyle w:val="2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</w:p>
    <w:p w:rsidR="00294888" w:rsidRPr="00740B85" w:rsidRDefault="00B50AB0">
      <w:pPr>
        <w:pStyle w:val="2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color w:val="auto"/>
          <w:sz w:val="24"/>
          <w:szCs w:val="24"/>
          <w:lang w:val="ru-RU"/>
        </w:rPr>
        <w:t>Отчёт по лабораторной работе должен содержать: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1. Титульный лист (название работы, Ф.И.О. студента, группа, дата).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</w:rPr>
        <w:t xml:space="preserve">2. Цель </w:t>
      </w:r>
      <w:r w:rsidRPr="00740B85">
        <w:rPr>
          <w:rFonts w:ascii="Times New Roman" w:hAnsi="Times New Roman" w:cs="Times New Roman"/>
          <w:sz w:val="24"/>
          <w:szCs w:val="24"/>
        </w:rPr>
        <w:t>и задачи работы.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</w:rPr>
        <w:t>3. Исходные данные (вариант).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  <w:lang w:val="ru-RU"/>
        </w:rPr>
      </w:pPr>
      <w:r w:rsidRPr="00740B85">
        <w:rPr>
          <w:rFonts w:ascii="Times New Roman" w:hAnsi="Times New Roman" w:cs="Times New Roman"/>
          <w:sz w:val="24"/>
          <w:szCs w:val="24"/>
          <w:lang w:val="ru-RU"/>
        </w:rPr>
        <w:t>4. Ход расчёта с формулами и подстановками.</w:t>
      </w:r>
    </w:p>
    <w:p w:rsidR="00294888" w:rsidRPr="00740B85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</w:rPr>
        <w:t>5. Итоговую массу поковки.</w:t>
      </w:r>
    </w:p>
    <w:p w:rsidR="00294888" w:rsidRDefault="00B50AB0">
      <w:pPr>
        <w:pStyle w:val="a0"/>
        <w:rPr>
          <w:rFonts w:ascii="Times New Roman" w:hAnsi="Times New Roman" w:cs="Times New Roman"/>
          <w:sz w:val="24"/>
          <w:szCs w:val="24"/>
        </w:rPr>
      </w:pPr>
      <w:r w:rsidRPr="00740B85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740B85">
        <w:rPr>
          <w:rFonts w:ascii="Times New Roman" w:hAnsi="Times New Roman" w:cs="Times New Roman"/>
          <w:sz w:val="24"/>
          <w:szCs w:val="24"/>
        </w:rPr>
        <w:t>Выводы</w:t>
      </w:r>
      <w:proofErr w:type="spellEnd"/>
      <w:r w:rsidRPr="00740B85">
        <w:rPr>
          <w:rFonts w:ascii="Times New Roman" w:hAnsi="Times New Roman" w:cs="Times New Roman"/>
          <w:sz w:val="24"/>
          <w:szCs w:val="24"/>
        </w:rPr>
        <w:t>.</w:t>
      </w:r>
    </w:p>
    <w:p w:rsidR="007A78F1" w:rsidRDefault="007A78F1" w:rsidP="007A78F1">
      <w:pPr>
        <w:pStyle w:val="a0"/>
        <w:numPr>
          <w:ilvl w:val="0"/>
          <w:numId w:val="0"/>
        </w:numPr>
        <w:ind w:left="360"/>
        <w:rPr>
          <w:rFonts w:ascii="Times New Roman" w:hAnsi="Times New Roman" w:cs="Times New Roman"/>
          <w:sz w:val="24"/>
          <w:szCs w:val="24"/>
        </w:rPr>
      </w:pPr>
    </w:p>
    <w:p w:rsidR="007A78F1" w:rsidRPr="00740B85" w:rsidRDefault="007A78F1" w:rsidP="007A78F1">
      <w:pPr>
        <w:pStyle w:val="a0"/>
        <w:numPr>
          <w:ilvl w:val="0"/>
          <w:numId w:val="0"/>
        </w:numPr>
        <w:ind w:left="360"/>
        <w:rPr>
          <w:rFonts w:ascii="Times New Roman" w:hAnsi="Times New Roman" w:cs="Times New Roman"/>
          <w:sz w:val="24"/>
          <w:szCs w:val="24"/>
        </w:rPr>
      </w:pPr>
    </w:p>
    <w:sectPr w:rsidR="007A78F1" w:rsidRPr="00740B85" w:rsidSect="00570427">
      <w:pgSz w:w="12240" w:h="15840"/>
      <w:pgMar w:top="851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A49"/>
    <w:rsid w:val="00034616"/>
    <w:rsid w:val="0006063C"/>
    <w:rsid w:val="00080C15"/>
    <w:rsid w:val="0015074B"/>
    <w:rsid w:val="00294888"/>
    <w:rsid w:val="0029639D"/>
    <w:rsid w:val="00326F90"/>
    <w:rsid w:val="00570427"/>
    <w:rsid w:val="00740B85"/>
    <w:rsid w:val="007A78F1"/>
    <w:rsid w:val="00973671"/>
    <w:rsid w:val="00AA1D8D"/>
    <w:rsid w:val="00B47730"/>
    <w:rsid w:val="00B50AB0"/>
    <w:rsid w:val="00CB0664"/>
    <w:rsid w:val="00D65B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99FC66"/>
  <w14:defaultImageDpi w14:val="300"/>
  <w15:docId w15:val="{A4CF852C-C500-424A-B32C-CD43EBA5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1EEE0F-0D10-460A-BAEA-98CDCA97D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382</Words>
  <Characters>2182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3</cp:revision>
  <dcterms:created xsi:type="dcterms:W3CDTF">2025-11-02T13:04:00Z</dcterms:created>
  <dcterms:modified xsi:type="dcterms:W3CDTF">2025-11-02T13:09:00Z</dcterms:modified>
  <cp:category/>
</cp:coreProperties>
</file>